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PROTOFLOW MASTER PROMPT</w:t>
        <w:br/>
        <w:t>1000W PORTABLE POWER STATION</w:t>
      </w:r>
    </w:p>
    <w:p/>
    <w:p>
      <w:r>
        <w:t>Design a complete 1000W Portable Power Station as a professional editable KiCad project. Create the complete hierarchical schematic, PCB-ready design, BOM, footprints, manufacturing documentation, ERC/DRC-ready project, and engineering documentation. This is a commercial product prototype, not a simplified educational circuit.</w:t>
      </w:r>
    </w:p>
    <w:p/>
    <w:p>
      <w:r>
        <w:rPr>
          <w:b/>
        </w:rPr>
        <w:t>1. PRODUCT SPECIFICATION</w:t>
      </w:r>
    </w:p>
    <w:p/>
    <w:p>
      <w:r>
        <w:t>Product: 1000W Portable Power Station</w:t>
      </w:r>
    </w:p>
    <w:p>
      <w:r>
        <w:t>Battery: 16S LiFePO4</w:t>
      </w:r>
    </w:p>
    <w:p>
      <w:pPr>
        <w:pStyle w:val="ListBullet"/>
      </w:pPr>
      <w:r>
        <w:t>Nominal Voltage: 51.2V</w:t>
      </w:r>
    </w:p>
    <w:p>
      <w:pPr>
        <w:pStyle w:val="ListBullet"/>
      </w:pPr>
      <w:r>
        <w:t>Maximum Voltage: 58.4V</w:t>
      </w:r>
    </w:p>
    <w:p>
      <w:pPr>
        <w:pStyle w:val="ListBullet"/>
      </w:pPr>
      <w:r>
        <w:t>Energy: Approximately 2000Wh</w:t>
      </w:r>
    </w:p>
    <w:p>
      <w:pPr>
        <w:pStyle w:val="ListBullet"/>
      </w:pPr>
      <w:r>
        <w:t>External 16S Smart BMS</w:t>
      </w:r>
    </w:p>
    <w:p/>
    <w:p>
      <w:r>
        <w:t>AC Output:</w:t>
      </w:r>
    </w:p>
    <w:p>
      <w:pPr>
        <w:pStyle w:val="ListBullet"/>
      </w:pPr>
      <w:r>
        <w:t>1000W Continuous</w:t>
      </w:r>
    </w:p>
    <w:p>
      <w:pPr>
        <w:pStyle w:val="ListBullet"/>
      </w:pPr>
      <w:r>
        <w:t>Pure Sine Wave</w:t>
      </w:r>
    </w:p>
    <w:p>
      <w:r>
        <w:rPr>
          <w:b/>
        </w:rPr>
        <w:t>- 230VAC</w:t>
      </w:r>
    </w:p>
    <w:p>
      <w:pPr>
        <w:pStyle w:val="ListBullet"/>
      </w:pPr>
      <w:r>
        <w:t>50Hz</w:t>
      </w:r>
    </w:p>
    <w:p/>
    <w:p>
      <w:r>
        <w:t>Display:</w:t>
      </w:r>
    </w:p>
    <w:p>
      <w:pPr>
        <w:pStyle w:val="ListBullet"/>
      </w:pPr>
      <w:r>
        <w:t>2.4 Inch TFT LCD</w:t>
      </w:r>
    </w:p>
    <w:p>
      <w:pPr>
        <w:pStyle w:val="ListBullet"/>
      </w:pPr>
      <w:r>
        <w:t>ST7789 Controller</w:t>
      </w:r>
    </w:p>
    <w:p>
      <w:pPr>
        <w:pStyle w:val="ListBullet"/>
      </w:pPr>
      <w:r>
        <w:t>240×320 Resolution</w:t>
      </w:r>
    </w:p>
    <w:p>
      <w:pPr>
        <w:pStyle w:val="ListBullet"/>
      </w:pPr>
      <w:r>
        <w:t>SPI Interface</w:t>
      </w:r>
    </w:p>
    <w:p/>
    <w:p>
      <w:r>
        <w:t>Display information:</w:t>
      </w:r>
    </w:p>
    <w:p>
      <w:pPr>
        <w:pStyle w:val="ListBullet"/>
      </w:pPr>
      <w:r>
        <w:t>Battery Voltage, Current, Power, SOC</w:t>
      </w:r>
    </w:p>
    <w:p>
      <w:pPr>
        <w:pStyle w:val="ListBullet"/>
      </w:pPr>
      <w:r>
        <w:t>PV Voltage, Current, Power</w:t>
      </w:r>
    </w:p>
    <w:p>
      <w:pPr>
        <w:pStyle w:val="ListBullet"/>
      </w:pPr>
      <w:r>
        <w:t>AC Output Voltage, Current, Power, Frequency</w:t>
      </w:r>
    </w:p>
    <w:p>
      <w:pPr>
        <w:pStyle w:val="ListBullet"/>
      </w:pPr>
      <w:r>
        <w:t>Temperature</w:t>
      </w:r>
    </w:p>
    <w:p>
      <w:pPr>
        <w:pStyle w:val="ListBullet"/>
      </w:pPr>
      <w:r>
        <w:t>Charging Status</w:t>
      </w:r>
    </w:p>
    <w:p>
      <w:pPr>
        <w:pStyle w:val="ListBullet"/>
      </w:pPr>
      <w:r>
        <w:t>Operating Mode</w:t>
      </w:r>
    </w:p>
    <w:p>
      <w:pPr>
        <w:pStyle w:val="ListBullet"/>
      </w:pPr>
      <w:r>
        <w:t>Fault Information</w:t>
      </w:r>
    </w:p>
    <w:p>
      <w:pPr>
        <w:pStyle w:val="ListBullet"/>
      </w:pPr>
      <w:r>
        <w:t>BMS Communication Status</w:t>
      </w:r>
    </w:p>
    <w:p/>
    <w:p>
      <w:r>
        <w:t>Target switching frequency for high-frequency power stage: 100kHz</w:t>
      </w:r>
    </w:p>
    <w:p/>
    <w:p>
      <w:r>
        <w:rPr>
          <w:b/>
        </w:rPr>
        <w:t>2. CREATE HIERARCHICAL KICAD SCHEMATIC</w:t>
      </w:r>
    </w:p>
    <w:p/>
    <w:p>
      <w:r>
        <w:t>Create separate schematic sheets:</w:t>
      </w:r>
    </w:p>
    <w:p>
      <w:r>
        <w:rPr>
          <w:b/>
        </w:rPr>
        <w:t>1. Power Tree</w:t>
      </w:r>
    </w:p>
    <w:p>
      <w:r>
        <w:rPr>
          <w:b/>
        </w:rPr>
        <w:t>2. Battery Input &amp; Protection</w:t>
      </w:r>
    </w:p>
    <w:p>
      <w:r>
        <w:rPr>
          <w:b/>
        </w:rPr>
        <w:t>3. BMS Interface</w:t>
      </w:r>
    </w:p>
    <w:p>
      <w:r>
        <w:rPr>
          <w:b/>
        </w:rPr>
        <w:t>4. PV Input Protection</w:t>
      </w:r>
    </w:p>
    <w:p>
      <w:r>
        <w:rPr>
          <w:b/>
        </w:rPr>
        <w:t>5. MPPT Charger</w:t>
      </w:r>
    </w:p>
    <w:p>
      <w:r>
        <w:rPr>
          <w:b/>
        </w:rPr>
        <w:t>6. Grid AC Input</w:t>
      </w:r>
    </w:p>
    <w:p>
      <w:r>
        <w:rPr>
          <w:b/>
        </w:rPr>
        <w:t>7. AC Battery Charger</w:t>
      </w:r>
    </w:p>
    <w:p>
      <w:r>
        <w:rPr>
          <w:b/>
        </w:rPr>
        <w:t>8. High Frequency DC/DC</w:t>
      </w:r>
    </w:p>
    <w:p>
      <w:r>
        <w:rPr>
          <w:b/>
        </w:rPr>
        <w:t>9. HF Transformer</w:t>
      </w:r>
    </w:p>
    <w:p>
      <w:r>
        <w:rPr>
          <w:b/>
        </w:rPr>
        <w:t>10. DC Bus</w:t>
      </w:r>
    </w:p>
    <w:p>
      <w:r>
        <w:rPr>
          <w:b/>
        </w:rPr>
        <w:t>11. Pure Sine Inverter</w:t>
      </w:r>
    </w:p>
    <w:p>
      <w:r>
        <w:rPr>
          <w:b/>
        </w:rPr>
        <w:t>12. AC Output Filter</w:t>
      </w:r>
    </w:p>
    <w:p>
      <w:r>
        <w:rPr>
          <w:b/>
        </w:rPr>
        <w:t>13. AC Output Protection</w:t>
      </w:r>
    </w:p>
    <w:p>
      <w:r>
        <w:rPr>
          <w:b/>
        </w:rPr>
        <w:t>14. Auxiliary Power Supply</w:t>
      </w:r>
    </w:p>
    <w:p>
      <w:r>
        <w:rPr>
          <w:b/>
        </w:rPr>
        <w:t>15. MCU Control Board</w:t>
      </w:r>
    </w:p>
    <w:p>
      <w:r>
        <w:rPr>
          <w:b/>
        </w:rPr>
        <w:t>16. Current Sensing</w:t>
      </w:r>
    </w:p>
    <w:p>
      <w:r>
        <w:rPr>
          <w:b/>
        </w:rPr>
        <w:t>17. Voltage Sensing</w:t>
      </w:r>
    </w:p>
    <w:p>
      <w:r>
        <w:rPr>
          <w:b/>
        </w:rPr>
        <w:t>18. Temperature Sensing</w:t>
      </w:r>
    </w:p>
    <w:p>
      <w:r>
        <w:rPr>
          <w:b/>
        </w:rPr>
        <w:t>19. TFT Display</w:t>
      </w:r>
    </w:p>
    <w:p>
      <w:r>
        <w:rPr>
          <w:b/>
        </w:rPr>
        <w:t>20. User Buttons</w:t>
      </w:r>
    </w:p>
    <w:p>
      <w:r>
        <w:rPr>
          <w:b/>
        </w:rPr>
        <w:t>21. Fan Control</w:t>
      </w:r>
    </w:p>
    <w:p>
      <w:r>
        <w:rPr>
          <w:b/>
        </w:rPr>
        <w:t>22. Communication</w:t>
      </w:r>
    </w:p>
    <w:p>
      <w:r>
        <w:rPr>
          <w:b/>
        </w:rPr>
        <w:t>23. EMI EMC Filtering</w:t>
      </w:r>
    </w:p>
    <w:p>
      <w:r>
        <w:rPr>
          <w:b/>
        </w:rPr>
        <w:t>24. Fault Protection</w:t>
      </w:r>
    </w:p>
    <w:p>
      <w:r>
        <w:rPr>
          <w:b/>
        </w:rPr>
        <w:t>25. Debug &amp; Programming</w:t>
      </w:r>
    </w:p>
    <w:p>
      <w:r>
        <w:rPr>
          <w:b/>
        </w:rPr>
        <w:t>26. Test Points</w:t>
      </w:r>
    </w:p>
    <w:p/>
    <w:p>
      <w:r>
        <w:t>Use professional net names and readable schematic organization.</w:t>
      </w:r>
    </w:p>
    <w:p/>
    <w:p>
      <w:r>
        <w:t>Examples:</w:t>
      </w:r>
    </w:p>
    <w:p>
      <w:r>
        <w:t>BAT+, BAT-, PV+, PV-, DC_BUS+, DC_BUS-, AC_IN_L, AC_IN_N, AC_OUT_L, AC_OUT_N, AUX_12V, AUX_5V, MCU_3V3, BMS_CAN_H, BMS_CAN_L, INV_PWM, MPPT_PWM.</w:t>
      </w:r>
    </w:p>
    <w:p/>
    <w:p>
      <w:r>
        <w:rPr>
          <w:b/>
        </w:rPr>
        <w:t>3. BATTERY INPUT</w:t>
      </w:r>
    </w:p>
    <w:p/>
    <w:p>
      <w:r>
        <w:t>Design for 16S LiFePO4 battery:</w:t>
      </w:r>
    </w:p>
    <w:p>
      <w:pPr>
        <w:pStyle w:val="ListBullet"/>
      </w:pPr>
      <w:r>
        <w:t>51.2V nominal</w:t>
      </w:r>
    </w:p>
    <w:p>
      <w:pPr>
        <w:pStyle w:val="ListBullet"/>
      </w:pPr>
      <w:r>
        <w:t>58.4V maximum</w:t>
      </w:r>
    </w:p>
    <w:p/>
    <w:p>
      <w:r>
        <w:t>Include:</w:t>
      </w:r>
    </w:p>
    <w:p>
      <w:pPr>
        <w:pStyle w:val="ListBullet"/>
      </w:pPr>
      <w:r>
        <w:t>Battery Connector</w:t>
      </w:r>
    </w:p>
    <w:p>
      <w:pPr>
        <w:pStyle w:val="ListBullet"/>
      </w:pPr>
      <w:r>
        <w:t>Main Fuse</w:t>
      </w:r>
    </w:p>
    <w:p>
      <w:pPr>
        <w:pStyle w:val="ListBullet"/>
      </w:pPr>
      <w:r>
        <w:t>Reverse Protection</w:t>
      </w:r>
    </w:p>
    <w:p>
      <w:pPr>
        <w:pStyle w:val="ListBullet"/>
      </w:pPr>
      <w:r>
        <w:t>Pre-charge Circuit</w:t>
      </w:r>
    </w:p>
    <w:p>
      <w:pPr>
        <w:pStyle w:val="ListBullet"/>
      </w:pPr>
      <w:r>
        <w:t>Main Relay or Contactor</w:t>
      </w:r>
    </w:p>
    <w:p>
      <w:pPr>
        <w:pStyle w:val="ListBullet"/>
      </w:pPr>
      <w:r>
        <w:t>DC Bus Capacitors</w:t>
      </w:r>
    </w:p>
    <w:p>
      <w:pPr>
        <w:pStyle w:val="ListBullet"/>
      </w:pPr>
      <w:r>
        <w:t>Bleeder Resistor</w:t>
      </w:r>
    </w:p>
    <w:p>
      <w:pPr>
        <w:pStyle w:val="ListBullet"/>
      </w:pPr>
      <w:r>
        <w:t>Battery Voltage Measurement</w:t>
      </w:r>
    </w:p>
    <w:p>
      <w:pPr>
        <w:pStyle w:val="ListBullet"/>
      </w:pPr>
      <w:r>
        <w:t>Battery Current Measurement</w:t>
      </w:r>
    </w:p>
    <w:p>
      <w:pPr>
        <w:pStyle w:val="ListBullet"/>
      </w:pPr>
      <w:r>
        <w:t>TVS Protection</w:t>
      </w:r>
    </w:p>
    <w:p>
      <w:pPr>
        <w:pStyle w:val="ListBullet"/>
      </w:pPr>
      <w:r>
        <w:t>Hardware Overcurrent Protection</w:t>
      </w:r>
    </w:p>
    <w:p>
      <w:pPr>
        <w:pStyle w:val="ListBullet"/>
      </w:pPr>
      <w:r>
        <w:t>Undervoltage Protection</w:t>
      </w:r>
    </w:p>
    <w:p>
      <w:pPr>
        <w:pStyle w:val="ListBullet"/>
      </w:pPr>
      <w:r>
        <w:t>Overvoltage Protection</w:t>
      </w:r>
    </w:p>
    <w:p>
      <w:pPr>
        <w:pStyle w:val="ListBullet"/>
      </w:pPr>
      <w:r>
        <w:t>Temperature Input</w:t>
      </w:r>
    </w:p>
    <w:p>
      <w:pPr>
        <w:pStyle w:val="ListBullet"/>
      </w:pPr>
      <w:r>
        <w:t>Service Connector</w:t>
      </w:r>
    </w:p>
    <w:p>
      <w:pPr>
        <w:pStyle w:val="ListBullet"/>
      </w:pPr>
      <w:r>
        <w:t>Test Points</w:t>
      </w:r>
    </w:p>
    <w:p/>
    <w:p>
      <w:r>
        <w:t>Expected continuous battery current at 1000W is approximately 20A, but design all power components with adequate transient and thermal margin.</w:t>
      </w:r>
    </w:p>
    <w:p/>
    <w:p>
      <w:r>
        <w:rPr>
          <w:b/>
        </w:rPr>
        <w:t>4. EXTERNAL BMS INTERFACE</w:t>
      </w:r>
    </w:p>
    <w:p/>
    <w:p>
      <w:r>
        <w:t>Create interface for Smart 16S BMS.</w:t>
      </w:r>
    </w:p>
    <w:p/>
    <w:p>
      <w:r>
        <w:t>Support where available:</w:t>
      </w:r>
    </w:p>
    <w:p>
      <w:r>
        <w:rPr>
          <w:b/>
        </w:rPr>
        <w:t>- UART</w:t>
      </w:r>
    </w:p>
    <w:p>
      <w:r>
        <w:rPr>
          <w:b/>
        </w:rPr>
        <w:t>- CAN</w:t>
      </w:r>
    </w:p>
    <w:p>
      <w:pPr>
        <w:pStyle w:val="ListBullet"/>
      </w:pPr>
      <w:r>
        <w:t>Charge Enable</w:t>
      </w:r>
    </w:p>
    <w:p>
      <w:pPr>
        <w:pStyle w:val="ListBullet"/>
      </w:pPr>
      <w:r>
        <w:t>Discharge Enable</w:t>
      </w:r>
    </w:p>
    <w:p>
      <w:pPr>
        <w:pStyle w:val="ListBullet"/>
      </w:pPr>
      <w:r>
        <w:t>Fault Signal</w:t>
      </w:r>
    </w:p>
    <w:p>
      <w:pPr>
        <w:pStyle w:val="ListBullet"/>
      </w:pPr>
      <w:r>
        <w:t>Pack Voltage</w:t>
      </w:r>
    </w:p>
    <w:p>
      <w:pPr>
        <w:pStyle w:val="ListBullet"/>
      </w:pPr>
      <w:r>
        <w:t>Pack Current</w:t>
      </w:r>
    </w:p>
    <w:p>
      <w:r>
        <w:rPr>
          <w:b/>
        </w:rPr>
        <w:t>- SOC</w:t>
      </w:r>
    </w:p>
    <w:p>
      <w:pPr>
        <w:pStyle w:val="ListBullet"/>
      </w:pPr>
      <w:r>
        <w:t>Temperature</w:t>
      </w:r>
    </w:p>
    <w:p>
      <w:pPr>
        <w:pStyle w:val="ListBullet"/>
      </w:pPr>
      <w:r>
        <w:t>Cell Fault</w:t>
      </w:r>
    </w:p>
    <w:p/>
    <w:p>
      <w:r>
        <w:t>Include ESD protection, TVS, series resistors, pull-up/pull-down, isolation if required, connector and test points. Clearly separate BMS communication voltage levels from MCU logic.</w:t>
      </w:r>
    </w:p>
    <w:p/>
    <w:p>
      <w:r>
        <w:rPr>
          <w:b/>
        </w:rPr>
        <w:t>5. PV MPPT CHARGER</w:t>
      </w:r>
    </w:p>
    <w:p/>
    <w:p>
      <w:r>
        <w:t>Design PV charging section with:</w:t>
      </w:r>
    </w:p>
    <w:p>
      <w:pPr>
        <w:pStyle w:val="ListBullet"/>
      </w:pPr>
      <w:r>
        <w:t>PV Connector</w:t>
      </w:r>
    </w:p>
    <w:p>
      <w:pPr>
        <w:pStyle w:val="ListBullet"/>
      </w:pPr>
      <w:r>
        <w:t>Fuse</w:t>
      </w:r>
    </w:p>
    <w:p>
      <w:pPr>
        <w:pStyle w:val="ListBullet"/>
      </w:pPr>
      <w:r>
        <w:t>Reverse Polarity Protection</w:t>
      </w:r>
    </w:p>
    <w:p>
      <w:pPr>
        <w:pStyle w:val="ListBullet"/>
      </w:pPr>
      <w:r>
        <w:t>TVS Surge Protection</w:t>
      </w:r>
    </w:p>
    <w:p>
      <w:pPr>
        <w:pStyle w:val="ListBullet"/>
      </w:pPr>
      <w:r>
        <w:t>Common Mode Filter</w:t>
      </w:r>
    </w:p>
    <w:p>
      <w:pPr>
        <w:pStyle w:val="ListBullet"/>
      </w:pPr>
      <w:r>
        <w:t>Differential Mode Filter</w:t>
      </w:r>
    </w:p>
    <w:p>
      <w:pPr>
        <w:pStyle w:val="ListBullet"/>
      </w:pPr>
      <w:r>
        <w:t>Voltage Sensor</w:t>
      </w:r>
    </w:p>
    <w:p>
      <w:pPr>
        <w:pStyle w:val="ListBullet"/>
      </w:pPr>
      <w:r>
        <w:t>Current Sensor</w:t>
      </w:r>
    </w:p>
    <w:p>
      <w:pPr>
        <w:pStyle w:val="ListBullet"/>
      </w:pPr>
      <w:r>
        <w:t>MPPT DC/DC Converter</w:t>
      </w:r>
    </w:p>
    <w:p>
      <w:pPr>
        <w:pStyle w:val="ListBullet"/>
      </w:pPr>
      <w:r>
        <w:t>Gate Driver</w:t>
      </w:r>
    </w:p>
    <w:p>
      <w:pPr>
        <w:pStyle w:val="ListBullet"/>
      </w:pPr>
      <w:r>
        <w:t>Inductor</w:t>
      </w:r>
    </w:p>
    <w:p>
      <w:pPr>
        <w:pStyle w:val="ListBullet"/>
      </w:pPr>
      <w:r>
        <w:t>MOSFETs</w:t>
      </w:r>
    </w:p>
    <w:p>
      <w:pPr>
        <w:pStyle w:val="ListBullet"/>
      </w:pPr>
      <w:r>
        <w:t>Output Filter</w:t>
      </w:r>
    </w:p>
    <w:p>
      <w:pPr>
        <w:pStyle w:val="ListBullet"/>
      </w:pPr>
      <w:r>
        <w:t>Battery Charging Control</w:t>
      </w:r>
    </w:p>
    <w:p>
      <w:pPr>
        <w:pStyle w:val="ListBullet"/>
      </w:pPr>
      <w:r>
        <w:t>Hardware Protection</w:t>
      </w:r>
    </w:p>
    <w:p>
      <w:pPr>
        <w:pStyle w:val="ListBullet"/>
      </w:pPr>
      <w:r>
        <w:t>Temperature Sensor</w:t>
      </w:r>
    </w:p>
    <w:p/>
    <w:p>
      <w:r>
        <w:t>If PV voltage range is not specified, define it as:</w:t>
      </w:r>
    </w:p>
    <w:p>
      <w:r>
        <w:rPr>
          <w:b/>
        </w:rPr>
        <w:t>DESIGN PARAMETER – PV INPUT RANGE TO BE CONFIRMED</w:t>
      </w:r>
    </w:p>
    <w:p/>
    <w:p>
      <w:r>
        <w:t>Do not invent unsafe voltage values. Use appropriate synchronous topology according to final PV range.</w:t>
      </w:r>
    </w:p>
    <w:p/>
    <w:p>
      <w:r>
        <w:rPr>
          <w:b/>
        </w:rPr>
        <w:t>6. GRID AC INPUT &amp; CHARGER</w:t>
      </w:r>
    </w:p>
    <w:p/>
    <w:p>
      <w:r>
        <w:t>Create isolated AC charging system.</w:t>
      </w:r>
    </w:p>
    <w:p/>
    <w:p>
      <w:r>
        <w:t>Include:</w:t>
      </w:r>
    </w:p>
    <w:p>
      <w:pPr>
        <w:pStyle w:val="ListBullet"/>
      </w:pPr>
      <w:r>
        <w:t>AC Connector</w:t>
      </w:r>
    </w:p>
    <w:p>
      <w:pPr>
        <w:pStyle w:val="ListBullet"/>
      </w:pPr>
      <w:r>
        <w:t>Fuse</w:t>
      </w:r>
    </w:p>
    <w:p>
      <w:r>
        <w:rPr>
          <w:b/>
        </w:rPr>
        <w:t>- MOV</w:t>
      </w:r>
    </w:p>
    <w:p>
      <w:pPr>
        <w:pStyle w:val="ListBullet"/>
      </w:pPr>
      <w:r>
        <w:t>NTC Inrush Protection</w:t>
      </w:r>
    </w:p>
    <w:p>
      <w:pPr>
        <w:pStyle w:val="ListBullet"/>
      </w:pPr>
      <w:r>
        <w:t>EMI Filter</w:t>
      </w:r>
    </w:p>
    <w:p>
      <w:pPr>
        <w:pStyle w:val="ListBullet"/>
      </w:pPr>
      <w:r>
        <w:t>Common Mode Choke</w:t>
      </w:r>
    </w:p>
    <w:p>
      <w:pPr>
        <w:pStyle w:val="ListBullet"/>
      </w:pPr>
      <w:r>
        <w:t>Differential Filter</w:t>
      </w:r>
    </w:p>
    <w:p>
      <w:pPr>
        <w:pStyle w:val="ListBullet"/>
      </w:pPr>
      <w:r>
        <w:t>X Capacitor</w:t>
      </w:r>
    </w:p>
    <w:p>
      <w:pPr>
        <w:pStyle w:val="ListBullet"/>
      </w:pPr>
      <w:r>
        <w:t>Y Capacitors where appropriate</w:t>
      </w:r>
    </w:p>
    <w:p>
      <w:pPr>
        <w:pStyle w:val="ListBullet"/>
      </w:pPr>
      <w:r>
        <w:t>Rectifier</w:t>
      </w:r>
    </w:p>
    <w:p>
      <w:pPr>
        <w:pStyle w:val="ListBullet"/>
      </w:pPr>
      <w:r>
        <w:t>Isolated Charger</w:t>
      </w:r>
    </w:p>
    <w:p>
      <w:pPr>
        <w:pStyle w:val="ListBullet"/>
      </w:pPr>
      <w:r>
        <w:t>CC/CV Battery Charging</w:t>
      </w:r>
    </w:p>
    <w:p>
      <w:pPr>
        <w:pStyle w:val="ListBullet"/>
      </w:pPr>
      <w:r>
        <w:t>Voltage Feedback</w:t>
      </w:r>
    </w:p>
    <w:p>
      <w:pPr>
        <w:pStyle w:val="ListBullet"/>
      </w:pPr>
      <w:r>
        <w:t>Current Feedback</w:t>
      </w:r>
    </w:p>
    <w:p>
      <w:pPr>
        <w:pStyle w:val="ListBullet"/>
      </w:pPr>
      <w:r>
        <w:t>Temperature Protection</w:t>
      </w:r>
    </w:p>
    <w:p>
      <w:pPr>
        <w:pStyle w:val="ListBullet"/>
      </w:pPr>
      <w:r>
        <w:t>Output Protection</w:t>
      </w:r>
    </w:p>
    <w:p>
      <w:pPr>
        <w:pStyle w:val="ListBullet"/>
      </w:pPr>
      <w:r>
        <w:t>Relay Control</w:t>
      </w:r>
    </w:p>
    <w:p>
      <w:pPr>
        <w:pStyle w:val="ListBullet"/>
      </w:pPr>
      <w:r>
        <w:t>PE/Chassis connection where applicable</w:t>
      </w:r>
    </w:p>
    <w:p/>
    <w:p>
      <w:r>
        <w:t>Maintain proper mains isolation from SELV circuitry and clearly identify hazardous voltage areas.</w:t>
      </w:r>
    </w:p>
    <w:p/>
    <w:p>
      <w:r>
        <w:rPr>
          <w:b/>
        </w:rPr>
        <w:t>7. HIGH FREQUENCY DC/DC STAGE</w:t>
      </w:r>
    </w:p>
    <w:p/>
    <w:p>
      <w:r>
        <w:t>Design isolated high-frequency converter around 100kHz.</w:t>
      </w:r>
    </w:p>
    <w:p/>
    <w:p>
      <w:r>
        <w:t>Evaluate:</w:t>
      </w:r>
    </w:p>
    <w:p>
      <w:pPr>
        <w:pStyle w:val="ListBullet"/>
      </w:pPr>
      <w:r>
        <w:t>Full Bridge</w:t>
      </w:r>
    </w:p>
    <w:p>
      <w:pPr>
        <w:pStyle w:val="ListBullet"/>
      </w:pPr>
      <w:r>
        <w:t>Half Bridge</w:t>
      </w:r>
    </w:p>
    <w:p>
      <w:pPr>
        <w:pStyle w:val="ListBullet"/>
      </w:pPr>
      <w:r>
        <w:t>Push Pull</w:t>
      </w:r>
    </w:p>
    <w:p>
      <w:r>
        <w:rPr>
          <w:b/>
        </w:rPr>
        <w:t>- LLC</w:t>
      </w:r>
    </w:p>
    <w:p/>
    <w:p>
      <w:r>
        <w:t>Select the most suitable architecture and explain why.</w:t>
      </w:r>
    </w:p>
    <w:p/>
    <w:p>
      <w:r>
        <w:t>Include:</w:t>
      </w:r>
    </w:p>
    <w:p>
      <w:pPr>
        <w:pStyle w:val="ListBullet"/>
      </w:pPr>
      <w:r>
        <w:t>Power MOSFETs</w:t>
      </w:r>
    </w:p>
    <w:p>
      <w:pPr>
        <w:pStyle w:val="ListBullet"/>
      </w:pPr>
      <w:r>
        <w:t>Gate Drivers</w:t>
      </w:r>
    </w:p>
    <w:p>
      <w:pPr>
        <w:pStyle w:val="ListBullet"/>
      </w:pPr>
      <w:r>
        <w:t>Gate Resistors</w:t>
      </w:r>
    </w:p>
    <w:p>
      <w:pPr>
        <w:pStyle w:val="ListBullet"/>
      </w:pPr>
      <w:r>
        <w:t>Pull-down Resistors</w:t>
      </w:r>
    </w:p>
    <w:p>
      <w:pPr>
        <w:pStyle w:val="ListBullet"/>
      </w:pPr>
      <w:r>
        <w:t>Bootstrap if required</w:t>
      </w:r>
    </w:p>
    <w:p>
      <w:pPr>
        <w:pStyle w:val="ListBullet"/>
      </w:pPr>
      <w:r>
        <w:t>Snubber</w:t>
      </w:r>
    </w:p>
    <w:p>
      <w:pPr>
        <w:pStyle w:val="ListBullet"/>
      </w:pPr>
      <w:r>
        <w:t>Current Sense</w:t>
      </w:r>
    </w:p>
    <w:p>
      <w:pPr>
        <w:pStyle w:val="ListBullet"/>
      </w:pPr>
      <w:r>
        <w:t>DC Link Capacitors</w:t>
      </w:r>
    </w:p>
    <w:p>
      <w:pPr>
        <w:pStyle w:val="ListBullet"/>
      </w:pPr>
      <w:r>
        <w:t>HF Transformer</w:t>
      </w:r>
    </w:p>
    <w:p>
      <w:pPr>
        <w:pStyle w:val="ListBullet"/>
      </w:pPr>
      <w:r>
        <w:t>Secondary Rectification</w:t>
      </w:r>
    </w:p>
    <w:p>
      <w:pPr>
        <w:pStyle w:val="ListBullet"/>
      </w:pPr>
      <w:r>
        <w:t>Output Capacitors</w:t>
      </w:r>
    </w:p>
    <w:p>
      <w:pPr>
        <w:pStyle w:val="ListBullet"/>
      </w:pPr>
      <w:r>
        <w:t>Feedback</w:t>
      </w:r>
    </w:p>
    <w:p>
      <w:pPr>
        <w:pStyle w:val="ListBullet"/>
      </w:pPr>
      <w:r>
        <w:t>Hardware Shutdown</w:t>
      </w:r>
    </w:p>
    <w:p/>
    <w:p>
      <w:r>
        <w:t>For major components calculate/document:</w:t>
      </w:r>
    </w:p>
    <w:p>
      <w:pPr>
        <w:pStyle w:val="ListBullet"/>
      </w:pPr>
      <w:r>
        <w:t>Voltage Stress</w:t>
      </w:r>
    </w:p>
    <w:p>
      <w:pPr>
        <w:pStyle w:val="ListBullet"/>
      </w:pPr>
      <w:r>
        <w:t>RMS Current</w:t>
      </w:r>
    </w:p>
    <w:p>
      <w:pPr>
        <w:pStyle w:val="ListBullet"/>
      </w:pPr>
      <w:r>
        <w:t>Peak Current</w:t>
      </w:r>
    </w:p>
    <w:p>
      <w:pPr>
        <w:pStyle w:val="ListBullet"/>
      </w:pPr>
      <w:r>
        <w:t>Switching Loss</w:t>
      </w:r>
    </w:p>
    <w:p>
      <w:pPr>
        <w:pStyle w:val="ListBullet"/>
      </w:pPr>
      <w:r>
        <w:t>Conduction Loss</w:t>
      </w:r>
    </w:p>
    <w:p>
      <w:pPr>
        <w:pStyle w:val="ListBullet"/>
      </w:pPr>
      <w:r>
        <w:t>Ripple Current</w:t>
      </w:r>
    </w:p>
    <w:p>
      <w:pPr>
        <w:pStyle w:val="ListBullet"/>
      </w:pPr>
      <w:r>
        <w:t>Thermal Dissipation</w:t>
      </w:r>
    </w:p>
    <w:p/>
    <w:p>
      <w:r>
        <w:t>Do not fabricate values without engineering justification.</w:t>
      </w:r>
    </w:p>
    <w:p/>
    <w:p>
      <w:r>
        <w:rPr>
          <w:b/>
        </w:rPr>
        <w:t>8. HF TRANSFORMER</w:t>
      </w:r>
    </w:p>
    <w:p/>
    <w:p>
      <w:r>
        <w:t>Create dedicated custom transformer specification:</w:t>
      </w:r>
    </w:p>
    <w:p>
      <w:pPr>
        <w:pStyle w:val="ListBullet"/>
      </w:pPr>
      <w:r>
        <w:t>Core Type</w:t>
      </w:r>
    </w:p>
    <w:p>
      <w:pPr>
        <w:pStyle w:val="ListBullet"/>
      </w:pPr>
      <w:r>
        <w:t>Core Material</w:t>
      </w:r>
    </w:p>
    <w:p>
      <w:pPr>
        <w:pStyle w:val="ListBullet"/>
      </w:pPr>
      <w:r>
        <w:t>Core Geometry</w:t>
      </w:r>
    </w:p>
    <w:p>
      <w:pPr>
        <w:pStyle w:val="ListBullet"/>
      </w:pPr>
      <w:r>
        <w:t>Effective Area</w:t>
      </w:r>
    </w:p>
    <w:p>
      <w:pPr>
        <w:pStyle w:val="ListBullet"/>
      </w:pPr>
      <w:r>
        <w:t>Primary Turns</w:t>
      </w:r>
    </w:p>
    <w:p>
      <w:pPr>
        <w:pStyle w:val="ListBullet"/>
      </w:pPr>
      <w:r>
        <w:t>Secondary Turns</w:t>
      </w:r>
    </w:p>
    <w:p>
      <w:pPr>
        <w:pStyle w:val="ListBullet"/>
      </w:pPr>
      <w:r>
        <w:t>Turns Ratio</w:t>
      </w:r>
    </w:p>
    <w:p>
      <w:pPr>
        <w:pStyle w:val="ListBullet"/>
      </w:pPr>
      <w:r>
        <w:t>Winding Method</w:t>
      </w:r>
    </w:p>
    <w:p>
      <w:pPr>
        <w:pStyle w:val="ListBullet"/>
      </w:pPr>
      <w:r>
        <w:t>Copper Type</w:t>
      </w:r>
    </w:p>
    <w:p>
      <w:pPr>
        <w:pStyle w:val="ListBullet"/>
      </w:pPr>
      <w:r>
        <w:t>Insulation</w:t>
      </w:r>
    </w:p>
    <w:p>
      <w:pPr>
        <w:pStyle w:val="ListBullet"/>
      </w:pPr>
      <w:r>
        <w:t>Creepage</w:t>
      </w:r>
    </w:p>
    <w:p>
      <w:pPr>
        <w:pStyle w:val="ListBullet"/>
      </w:pPr>
      <w:r>
        <w:t>Clearance</w:t>
      </w:r>
    </w:p>
    <w:p>
      <w:pPr>
        <w:pStyle w:val="ListBullet"/>
      </w:pPr>
      <w:r>
        <w:t>Flux Density</w:t>
      </w:r>
    </w:p>
    <w:p>
      <w:pPr>
        <w:pStyle w:val="ListBullet"/>
      </w:pPr>
      <w:r>
        <w:t>Core Loss</w:t>
      </w:r>
    </w:p>
    <w:p>
      <w:pPr>
        <w:pStyle w:val="ListBullet"/>
      </w:pPr>
      <w:r>
        <w:t>Copper Loss</w:t>
      </w:r>
    </w:p>
    <w:p>
      <w:pPr>
        <w:pStyle w:val="ListBullet"/>
      </w:pPr>
      <w:r>
        <w:t>Estimated Temperature Rise</w:t>
      </w:r>
    </w:p>
    <w:p/>
    <w:p>
      <w:r>
        <w:t>Mark:</w:t>
      </w:r>
    </w:p>
    <w:p>
      <w:r>
        <w:rPr>
          <w:b/>
        </w:rPr>
        <w:t>CUSTOM MAGNETIC COMPONENT – FINAL VERIFICATION REQUIRED</w:t>
      </w:r>
    </w:p>
    <w:p/>
    <w:p>
      <w:r>
        <w:t>Do not invent manufacturer part numbers.</w:t>
      </w:r>
    </w:p>
    <w:p/>
    <w:p>
      <w:r>
        <w:rPr>
          <w:b/>
        </w:rPr>
        <w:t>9. PURE SINE WAVE INVERTER</w:t>
      </w:r>
    </w:p>
    <w:p/>
    <w:p>
      <w:r>
        <w:t>Design complete 1000W inverter:</w:t>
      </w:r>
    </w:p>
    <w:p>
      <w:r>
        <w:rPr>
          <w:b/>
        </w:rPr>
        <w:t>- 230VAC</w:t>
      </w:r>
    </w:p>
    <w:p>
      <w:pPr>
        <w:pStyle w:val="ListBullet"/>
      </w:pPr>
      <w:r>
        <w:t>50Hz</w:t>
      </w:r>
    </w:p>
    <w:p>
      <w:pPr>
        <w:pStyle w:val="ListBullet"/>
      </w:pPr>
      <w:r>
        <w:t>Pure Sine Wave</w:t>
      </w:r>
    </w:p>
    <w:p/>
    <w:p>
      <w:r>
        <w:t>Include:</w:t>
      </w:r>
    </w:p>
    <w:p>
      <w:pPr>
        <w:pStyle w:val="ListBullet"/>
      </w:pPr>
      <w:r>
        <w:t>DC Bus</w:t>
      </w:r>
    </w:p>
    <w:p>
      <w:pPr>
        <w:pStyle w:val="ListBullet"/>
      </w:pPr>
      <w:r>
        <w:t>MOSFET/IGBT Bridge</w:t>
      </w:r>
    </w:p>
    <w:p>
      <w:pPr>
        <w:pStyle w:val="ListBullet"/>
      </w:pPr>
      <w:r>
        <w:t>Gate Driver</w:t>
      </w:r>
    </w:p>
    <w:p>
      <w:pPr>
        <w:pStyle w:val="ListBullet"/>
      </w:pPr>
      <w:r>
        <w:t>SPWM Control</w:t>
      </w:r>
    </w:p>
    <w:p>
      <w:pPr>
        <w:pStyle w:val="ListBullet"/>
      </w:pPr>
      <w:r>
        <w:t>Dead Time</w:t>
      </w:r>
    </w:p>
    <w:p>
      <w:pPr>
        <w:pStyle w:val="ListBullet"/>
      </w:pPr>
      <w:r>
        <w:t>Current Sense</w:t>
      </w:r>
    </w:p>
    <w:p>
      <w:pPr>
        <w:pStyle w:val="ListBullet"/>
      </w:pPr>
      <w:r>
        <w:t>Voltage Sense</w:t>
      </w:r>
    </w:p>
    <w:p>
      <w:pPr>
        <w:pStyle w:val="ListBullet"/>
      </w:pPr>
      <w:r>
        <w:t>LC Output Filter</w:t>
      </w:r>
    </w:p>
    <w:p>
      <w:pPr>
        <w:pStyle w:val="ListBullet"/>
      </w:pPr>
      <w:r>
        <w:t>Output Relay</w:t>
      </w:r>
    </w:p>
    <w:p>
      <w:pPr>
        <w:pStyle w:val="ListBullet"/>
      </w:pPr>
      <w:r>
        <w:t>Fuse</w:t>
      </w:r>
    </w:p>
    <w:p>
      <w:pPr>
        <w:pStyle w:val="ListBullet"/>
      </w:pPr>
      <w:r>
        <w:t>Short Circuit Protection</w:t>
      </w:r>
    </w:p>
    <w:p>
      <w:pPr>
        <w:pStyle w:val="ListBullet"/>
      </w:pPr>
      <w:r>
        <w:t>Overload Protection</w:t>
      </w:r>
    </w:p>
    <w:p>
      <w:pPr>
        <w:pStyle w:val="ListBullet"/>
      </w:pPr>
      <w:r>
        <w:t>Overtemperature Protection</w:t>
      </w:r>
    </w:p>
    <w:p>
      <w:pPr>
        <w:pStyle w:val="ListBullet"/>
      </w:pPr>
      <w:r>
        <w:t>Emergency Shutdown</w:t>
      </w:r>
    </w:p>
    <w:p/>
    <w:p>
      <w:r>
        <w:t>MCU must never drive power MOSFET gates directly. Use dedicated gate-driver circuitry.</w:t>
      </w:r>
    </w:p>
    <w:p/>
    <w:p>
      <w:r>
        <w:rPr>
          <w:b/>
        </w:rPr>
        <w:t>10. AC OUTPUT FILTER</w:t>
      </w:r>
    </w:p>
    <w:p/>
    <w:p>
      <w:r>
        <w:t>Design LC sine-wave filter and calculate:</w:t>
      </w:r>
    </w:p>
    <w:p>
      <w:pPr>
        <w:pStyle w:val="ListBullet"/>
      </w:pPr>
      <w:r>
        <w:t>Inductor</w:t>
      </w:r>
    </w:p>
    <w:p>
      <w:pPr>
        <w:pStyle w:val="ListBullet"/>
      </w:pPr>
      <w:r>
        <w:t>Capacitor</w:t>
      </w:r>
    </w:p>
    <w:p>
      <w:pPr>
        <w:pStyle w:val="ListBullet"/>
      </w:pPr>
      <w:r>
        <w:t>Resonant Frequency</w:t>
      </w:r>
    </w:p>
    <w:p>
      <w:pPr>
        <w:pStyle w:val="ListBullet"/>
      </w:pPr>
      <w:r>
        <w:t>Ripple Current</w:t>
      </w:r>
    </w:p>
    <w:p>
      <w:pPr>
        <w:pStyle w:val="ListBullet"/>
      </w:pPr>
      <w:r>
        <w:t>Saturation Margin</w:t>
      </w:r>
    </w:p>
    <w:p>
      <w:pPr>
        <w:pStyle w:val="ListBullet"/>
      </w:pPr>
      <w:r>
        <w:t>Damping Network</w:t>
      </w:r>
    </w:p>
    <w:p/>
    <w:p>
      <w:r>
        <w:t>Document calculations.</w:t>
      </w:r>
    </w:p>
    <w:p/>
    <w:p>
      <w:r>
        <w:rPr>
          <w:b/>
        </w:rPr>
        <w:t>11. AUXILIARY POWER</w:t>
      </w:r>
    </w:p>
    <w:p/>
    <w:p>
      <w:r>
        <w:t>Generate:</w:t>
      </w:r>
    </w:p>
    <w:p>
      <w:r>
        <w:rPr>
          <w:b/>
        </w:rPr>
        <w:t>- 12V</w:t>
      </w:r>
    </w:p>
    <w:p>
      <w:r>
        <w:rPr>
          <w:b/>
        </w:rPr>
        <w:t>- 5V</w:t>
      </w:r>
    </w:p>
    <w:p>
      <w:r>
        <w:rPr>
          <w:b/>
        </w:rPr>
        <w:t>- 3.3V</w:t>
      </w:r>
    </w:p>
    <w:p/>
    <w:p>
      <w:r>
        <w:t>Power MCU, TFT, sensors, communication, gate drivers, fans and relays.</w:t>
      </w:r>
    </w:p>
    <w:p/>
    <w:p>
      <w:r>
        <w:t>Include buck regulators, LDO where necessary, input protection, output filtering, decoupling, UVLO and test points.</w:t>
      </w:r>
    </w:p>
    <w:p/>
    <w:p>
      <w:r>
        <w:rPr>
          <w:b/>
        </w:rPr>
        <w:t>12. MCU CONTROL BOARD</w:t>
      </w:r>
    </w:p>
    <w:p/>
    <w:p>
      <w:r>
        <w:t>Select a suitable modern MCU with sufficient:</w:t>
      </w:r>
    </w:p>
    <w:p>
      <w:r>
        <w:rPr>
          <w:b/>
        </w:rPr>
        <w:t>- PWM</w:t>
      </w:r>
    </w:p>
    <w:p>
      <w:r>
        <w:rPr>
          <w:b/>
        </w:rPr>
        <w:t>- ADC</w:t>
      </w:r>
    </w:p>
    <w:p>
      <w:r>
        <w:rPr>
          <w:b/>
        </w:rPr>
        <w:t>- SPI</w:t>
      </w:r>
    </w:p>
    <w:p>
      <w:r>
        <w:rPr>
          <w:b/>
        </w:rPr>
        <w:t>- UART</w:t>
      </w:r>
    </w:p>
    <w:p>
      <w:r>
        <w:rPr>
          <w:b/>
        </w:rPr>
        <w:t>- CAN</w:t>
      </w:r>
    </w:p>
    <w:p>
      <w:r>
        <w:rPr>
          <w:b/>
        </w:rPr>
        <w:t>- I2C</w:t>
      </w:r>
    </w:p>
    <w:p>
      <w:pPr>
        <w:pStyle w:val="ListBullet"/>
      </w:pPr>
      <w:r>
        <w:t>Timers</w:t>
      </w:r>
    </w:p>
    <w:p>
      <w:r>
        <w:rPr>
          <w:b/>
        </w:rPr>
        <w:t>- DMA</w:t>
      </w:r>
    </w:p>
    <w:p>
      <w:pPr>
        <w:pStyle w:val="ListBullet"/>
      </w:pPr>
      <w:r>
        <w:t>Watchdog</w:t>
      </w:r>
    </w:p>
    <w:p>
      <w:pPr>
        <w:pStyle w:val="ListBullet"/>
      </w:pPr>
      <w:r>
        <w:t>Debug Interface</w:t>
      </w:r>
    </w:p>
    <w:p/>
    <w:p>
      <w:r>
        <w:t>MCU controls inverter, MPPT, charger, TFT, fan, relays, protection, buttons and BMS communication.</w:t>
      </w:r>
    </w:p>
    <w:p/>
    <w:p>
      <w:r>
        <w:t>Include reset, boot circuit, SWD/JTAG, crystal if required, watchdog, brownout protection, decoupling, ESD and test points.</w:t>
      </w:r>
    </w:p>
    <w:p/>
    <w:p>
      <w:r>
        <w:t>Explain MCU selection.</w:t>
      </w:r>
    </w:p>
    <w:p/>
    <w:p>
      <w:r>
        <w:rPr>
          <w:b/>
        </w:rPr>
        <w:t>13. DISPLAY &amp; USER INTERFACE</w:t>
      </w:r>
    </w:p>
    <w:p/>
    <w:p>
      <w:r>
        <w:rPr>
          <w:b/>
        </w:rPr>
        <w:t>ST7789 SPI TFT, 240×320.</w:t>
      </w:r>
    </w:p>
    <w:p/>
    <w:p>
      <w:r>
        <w:t>Signals:</w:t>
      </w:r>
    </w:p>
    <w:p>
      <w:r>
        <w:t>VCC, GND, SCLK, MOSI, CS, DC, RESET, Backlight PWM</w:t>
      </w:r>
    </w:p>
    <w:p/>
    <w:p>
      <w:r>
        <w:t>Create proper FPC connector interface with ESD and decoupling.</w:t>
      </w:r>
    </w:p>
    <w:p/>
    <w:p>
      <w:r>
        <w:t>Buttons:</w:t>
      </w:r>
    </w:p>
    <w:p>
      <w:r>
        <w:t>Power, Menu, Up, Down, Enter, Back, AC Enable</w:t>
      </w:r>
    </w:p>
    <w:p/>
    <w:p>
      <w:r>
        <w:t>Provide debounce support and pull resistors.</w:t>
      </w:r>
    </w:p>
    <w:p/>
    <w:p>
      <w:r>
        <w:rPr>
          <w:b/>
        </w:rPr>
        <w:t>14. MEASUREMENT SYSTEM</w:t>
      </w:r>
    </w:p>
    <w:p/>
    <w:p>
      <w:r>
        <w:t>Current measurement:</w:t>
      </w:r>
    </w:p>
    <w:p>
      <w:pPr>
        <w:pStyle w:val="ListBullet"/>
      </w:pPr>
      <w:r>
        <w:t>Battery</w:t>
      </w:r>
    </w:p>
    <w:p>
      <w:r>
        <w:rPr>
          <w:b/>
        </w:rPr>
        <w:t>- PV</w:t>
      </w:r>
    </w:p>
    <w:p>
      <w:pPr>
        <w:pStyle w:val="ListBullet"/>
      </w:pPr>
      <w:r>
        <w:t>AC Output</w:t>
      </w:r>
    </w:p>
    <w:p>
      <w:pPr>
        <w:pStyle w:val="ListBullet"/>
      </w:pPr>
      <w:r>
        <w:t>Charger</w:t>
      </w:r>
    </w:p>
    <w:p/>
    <w:p>
      <w:r>
        <w:t>Voltage measurement:</w:t>
      </w:r>
    </w:p>
    <w:p>
      <w:pPr>
        <w:pStyle w:val="ListBullet"/>
      </w:pPr>
      <w:r>
        <w:t>Battery</w:t>
      </w:r>
    </w:p>
    <w:p>
      <w:r>
        <w:rPr>
          <w:b/>
        </w:rPr>
        <w:t>- PV</w:t>
      </w:r>
    </w:p>
    <w:p>
      <w:pPr>
        <w:pStyle w:val="ListBullet"/>
      </w:pPr>
      <w:r>
        <w:t>DC Bus</w:t>
      </w:r>
    </w:p>
    <w:p>
      <w:pPr>
        <w:pStyle w:val="ListBullet"/>
      </w:pPr>
      <w:r>
        <w:t>AC Input</w:t>
      </w:r>
    </w:p>
    <w:p>
      <w:pPr>
        <w:pStyle w:val="ListBullet"/>
      </w:pPr>
      <w:r>
        <w:t>AC Output</w:t>
      </w:r>
    </w:p>
    <w:p/>
    <w:p>
      <w:r>
        <w:t>Temperature:</w:t>
      </w:r>
    </w:p>
    <w:p>
      <w:pPr>
        <w:pStyle w:val="ListBullet"/>
      </w:pPr>
      <w:r>
        <w:t>Battery</w:t>
      </w:r>
    </w:p>
    <w:p>
      <w:pPr>
        <w:pStyle w:val="ListBullet"/>
      </w:pPr>
      <w:r>
        <w:t>MOSFET Heatsink</w:t>
      </w:r>
    </w:p>
    <w:p>
      <w:pPr>
        <w:pStyle w:val="ListBullet"/>
      </w:pPr>
      <w:r>
        <w:t>Transformer</w:t>
      </w:r>
    </w:p>
    <w:p>
      <w:pPr>
        <w:pStyle w:val="ListBullet"/>
      </w:pPr>
      <w:r>
        <w:t>Inductor</w:t>
      </w:r>
    </w:p>
    <w:p>
      <w:pPr>
        <w:pStyle w:val="ListBullet"/>
      </w:pPr>
      <w:r>
        <w:t>Charger</w:t>
      </w:r>
    </w:p>
    <w:p>
      <w:pPr>
        <w:pStyle w:val="ListBullet"/>
      </w:pPr>
      <w:r>
        <w:t>Ambient</w:t>
      </w:r>
    </w:p>
    <w:p/>
    <w:p>
      <w:r>
        <w:t>Use suitable Hall or shunt sensing based on accuracy and isolation. Include RC filters and ADC protection.</w:t>
      </w:r>
    </w:p>
    <w:p/>
    <w:p>
      <w:r>
        <w:rPr>
          <w:b/>
        </w:rPr>
        <w:t>15. FAN CONTROL</w:t>
      </w:r>
    </w:p>
    <w:p/>
    <w:p>
      <w:r>
        <w:t>Design PWM fan controller with:</w:t>
      </w:r>
    </w:p>
    <w:p>
      <w:pPr>
        <w:pStyle w:val="ListBullet"/>
      </w:pPr>
      <w:r>
        <w:t>Automatic temperature control</w:t>
      </w:r>
    </w:p>
    <w:p>
      <w:pPr>
        <w:pStyle w:val="ListBullet"/>
      </w:pPr>
      <w:r>
        <w:t>PWM Speed</w:t>
      </w:r>
    </w:p>
    <w:p>
      <w:pPr>
        <w:pStyle w:val="ListBullet"/>
      </w:pPr>
      <w:r>
        <w:t>MOSFET Driver</w:t>
      </w:r>
    </w:p>
    <w:p>
      <w:pPr>
        <w:pStyle w:val="ListBullet"/>
      </w:pPr>
      <w:r>
        <w:t>Flyback Protection</w:t>
      </w:r>
    </w:p>
    <w:p>
      <w:pPr>
        <w:pStyle w:val="ListBullet"/>
      </w:pPr>
      <w:r>
        <w:t>Fan Connector</w:t>
      </w:r>
    </w:p>
    <w:p>
      <w:pPr>
        <w:pStyle w:val="ListBullet"/>
      </w:pPr>
      <w:r>
        <w:t>Optional Tachometer</w:t>
      </w:r>
    </w:p>
    <w:p>
      <w:pPr>
        <w:pStyle w:val="ListBullet"/>
      </w:pPr>
      <w:r>
        <w:t>Fan Fault Detection</w:t>
      </w:r>
    </w:p>
    <w:p/>
    <w:p>
      <w:r>
        <w:rPr>
          <w:b/>
        </w:rPr>
        <w:t>16. EMI / EMC</w:t>
      </w:r>
    </w:p>
    <w:p/>
    <w:p>
      <w:r>
        <w:t>Create dedicated EMI section including:</w:t>
      </w:r>
    </w:p>
    <w:p>
      <w:pPr>
        <w:pStyle w:val="ListBullet"/>
      </w:pPr>
      <w:r>
        <w:t>Common Mode Chokes</w:t>
      </w:r>
    </w:p>
    <w:p>
      <w:pPr>
        <w:pStyle w:val="ListBullet"/>
      </w:pPr>
      <w:r>
        <w:t>Differential Inductors</w:t>
      </w:r>
    </w:p>
    <w:p>
      <w:pPr>
        <w:pStyle w:val="ListBullet"/>
      </w:pPr>
      <w:r>
        <w:t>Ferrite Beads</w:t>
      </w:r>
    </w:p>
    <w:p>
      <w:pPr>
        <w:pStyle w:val="ListBullet"/>
      </w:pPr>
      <w:r>
        <w:t>X Capacitors</w:t>
      </w:r>
    </w:p>
    <w:p>
      <w:pPr>
        <w:pStyle w:val="ListBullet"/>
      </w:pPr>
      <w:r>
        <w:t>Y Capacitors</w:t>
      </w:r>
    </w:p>
    <w:p>
      <w:r>
        <w:rPr>
          <w:b/>
        </w:rPr>
        <w:t>- TVS</w:t>
      </w:r>
    </w:p>
    <w:p>
      <w:pPr>
        <w:pStyle w:val="ListBullet"/>
      </w:pPr>
      <w:r>
        <w:t>Input Filters</w:t>
      </w:r>
    </w:p>
    <w:p>
      <w:pPr>
        <w:pStyle w:val="ListBullet"/>
      </w:pPr>
      <w:r>
        <w:t>Output Filters</w:t>
      </w:r>
    </w:p>
    <w:p>
      <w:pPr>
        <w:pStyle w:val="ListBullet"/>
      </w:pPr>
      <w:r>
        <w:t>Chassis Ground Strategy</w:t>
      </w:r>
    </w:p>
    <w:p/>
    <w:p>
      <w:r>
        <w:t>Minimize high dv/dt switching loops and separate noisy power stage from sensitive MCU circuitry.</w:t>
      </w:r>
    </w:p>
    <w:p/>
    <w:p>
      <w:r>
        <w:rPr>
          <w:b/>
        </w:rPr>
        <w:t>17. PROTECTION SYSTEM</w:t>
      </w:r>
    </w:p>
    <w:p/>
    <w:p>
      <w:r>
        <w:t>Hardware:</w:t>
      </w:r>
    </w:p>
    <w:p>
      <w:pPr>
        <w:pStyle w:val="ListBullet"/>
      </w:pPr>
      <w:r>
        <w:t>Fast Overcurrent</w:t>
      </w:r>
    </w:p>
    <w:p>
      <w:pPr>
        <w:pStyle w:val="ListBullet"/>
      </w:pPr>
      <w:r>
        <w:t>Short Circuit</w:t>
      </w:r>
    </w:p>
    <w:p>
      <w:pPr>
        <w:pStyle w:val="ListBullet"/>
      </w:pPr>
      <w:r>
        <w:t>Gate Driver Shutdown</w:t>
      </w:r>
    </w:p>
    <w:p>
      <w:pPr>
        <w:pStyle w:val="ListBullet"/>
      </w:pPr>
      <w:r>
        <w:t>Battery OVP</w:t>
      </w:r>
    </w:p>
    <w:p>
      <w:pPr>
        <w:pStyle w:val="ListBullet"/>
      </w:pPr>
      <w:r>
        <w:t>Battery UVP</w:t>
      </w:r>
    </w:p>
    <w:p>
      <w:pPr>
        <w:pStyle w:val="ListBullet"/>
      </w:pPr>
      <w:r>
        <w:t>Thermal Shutdown</w:t>
      </w:r>
    </w:p>
    <w:p>
      <w:pPr>
        <w:pStyle w:val="ListBullet"/>
      </w:pPr>
      <w:r>
        <w:t>Emergency Stop</w:t>
      </w:r>
    </w:p>
    <w:p/>
    <w:p>
      <w:r>
        <w:t>Software:</w:t>
      </w:r>
    </w:p>
    <w:p>
      <w:pPr>
        <w:pStyle w:val="ListBullet"/>
      </w:pPr>
      <w:r>
        <w:t>Overload</w:t>
      </w:r>
    </w:p>
    <w:p>
      <w:pPr>
        <w:pStyle w:val="ListBullet"/>
      </w:pPr>
      <w:r>
        <w:t>Overtemperature</w:t>
      </w:r>
    </w:p>
    <w:p>
      <w:pPr>
        <w:pStyle w:val="ListBullet"/>
      </w:pPr>
      <w:r>
        <w:t>Sensor Failure</w:t>
      </w:r>
    </w:p>
    <w:p>
      <w:pPr>
        <w:pStyle w:val="ListBullet"/>
      </w:pPr>
      <w:r>
        <w:t>Communication Failure</w:t>
      </w:r>
    </w:p>
    <w:p>
      <w:pPr>
        <w:pStyle w:val="ListBullet"/>
      </w:pPr>
      <w:r>
        <w:t>Fan Failure</w:t>
      </w:r>
    </w:p>
    <w:p>
      <w:pPr>
        <w:pStyle w:val="ListBullet"/>
      </w:pPr>
      <w:r>
        <w:t>Charging Fault</w:t>
      </w:r>
    </w:p>
    <w:p>
      <w:pPr>
        <w:pStyle w:val="ListBullet"/>
      </w:pPr>
      <w:r>
        <w:t>Inverter Fault</w:t>
      </w:r>
    </w:p>
    <w:p/>
    <w:p>
      <w:r>
        <w:t>MCU failure must force the power stage into a safe OFF condition. Implement watchdog and fail-safe logic.</w:t>
      </w:r>
    </w:p>
    <w:p/>
    <w:p>
      <w:r>
        <w:rPr>
          <w:b/>
        </w:rPr>
        <w:t>18. PCB REQUIREMENTS</w:t>
      </w:r>
    </w:p>
    <w:p/>
    <w:p>
      <w:r>
        <w:t>Create professional 4-layer PCB.</w:t>
      </w:r>
    </w:p>
    <w:p/>
    <w:p>
      <w:r>
        <w:t>Suggested stack:</w:t>
      </w:r>
    </w:p>
    <w:p>
      <w:r>
        <w:t>Layer 1 – Components &amp; High Current</w:t>
      </w:r>
    </w:p>
    <w:p>
      <w:r>
        <w:t>Layer 2 – Ground Plane</w:t>
      </w:r>
    </w:p>
    <w:p>
      <w:r>
        <w:t>Layer 3 – Power Distribution</w:t>
      </w:r>
    </w:p>
    <w:p>
      <w:r>
        <w:t>Layer 4 – Signals &amp; Components</w:t>
      </w:r>
    </w:p>
    <w:p/>
    <w:p>
      <w:r>
        <w:t>Create functional zones:</w:t>
      </w:r>
    </w:p>
    <w:p>
      <w:r>
        <w:t>A Battery Power</w:t>
      </w:r>
    </w:p>
    <w:p>
      <w:r>
        <w:rPr>
          <w:b/>
        </w:rPr>
        <w:t>B MPPT</w:t>
      </w:r>
    </w:p>
    <w:p>
      <w:r>
        <w:t>C Charger</w:t>
      </w:r>
    </w:p>
    <w:p>
      <w:r>
        <w:rPr>
          <w:b/>
        </w:rPr>
        <w:t>D HF DC/DC</w:t>
      </w:r>
    </w:p>
    <w:p>
      <w:r>
        <w:t>E Transformer</w:t>
      </w:r>
    </w:p>
    <w:p>
      <w:r>
        <w:t>F Inverter</w:t>
      </w:r>
    </w:p>
    <w:p>
      <w:r>
        <w:t>G AC Input</w:t>
      </w:r>
    </w:p>
    <w:p>
      <w:r>
        <w:t>H AC Output</w:t>
      </w:r>
    </w:p>
    <w:p>
      <w:r>
        <w:rPr>
          <w:b/>
        </w:rPr>
        <w:t>I MCU</w:t>
      </w:r>
    </w:p>
    <w:p>
      <w:r>
        <w:t>J Display</w:t>
      </w:r>
    </w:p>
    <w:p>
      <w:r>
        <w:t>K Sensors</w:t>
      </w:r>
    </w:p>
    <w:p>
      <w:r>
        <w:t>L Communication</w:t>
      </w:r>
    </w:p>
    <w:p/>
    <w:p>
      <w:r>
        <w:t>Keep hazardous voltage physically separated from SELV. Do not route MCU signals through high-power switching areas.</w:t>
      </w:r>
    </w:p>
    <w:p/>
    <w:p>
      <w:r>
        <w:rPr>
          <w:b/>
        </w:rPr>
        <w:t>19. HIGH CURRENT PCB RULES</w:t>
      </w:r>
    </w:p>
    <w:p/>
    <w:p>
      <w:r>
        <w:t>For every high-current net document:</w:t>
      </w:r>
    </w:p>
    <w:p>
      <w:pPr>
        <w:pStyle w:val="ListBullet"/>
      </w:pPr>
      <w:r>
        <w:t>RMS Current</w:t>
      </w:r>
    </w:p>
    <w:p>
      <w:pPr>
        <w:pStyle w:val="ListBullet"/>
      </w:pPr>
      <w:r>
        <w:t>Peak Current</w:t>
      </w:r>
    </w:p>
    <w:p>
      <w:pPr>
        <w:pStyle w:val="ListBullet"/>
      </w:pPr>
      <w:r>
        <w:t>Copper Thickness</w:t>
      </w:r>
    </w:p>
    <w:p>
      <w:pPr>
        <w:pStyle w:val="ListBullet"/>
      </w:pPr>
      <w:r>
        <w:t>Trace Width</w:t>
      </w:r>
    </w:p>
    <w:p>
      <w:pPr>
        <w:pStyle w:val="ListBullet"/>
      </w:pPr>
      <w:r>
        <w:t>Copper Pour</w:t>
      </w:r>
    </w:p>
    <w:p>
      <w:pPr>
        <w:pStyle w:val="ListBullet"/>
      </w:pPr>
      <w:r>
        <w:t>Via Quantity</w:t>
      </w:r>
    </w:p>
    <w:p>
      <w:pPr>
        <w:pStyle w:val="ListBullet"/>
      </w:pPr>
      <w:r>
        <w:t>Via Diameter</w:t>
      </w:r>
    </w:p>
    <w:p>
      <w:pPr>
        <w:pStyle w:val="ListBullet"/>
      </w:pPr>
      <w:r>
        <w:t>Temperature Rise</w:t>
      </w:r>
    </w:p>
    <w:p/>
    <w:p>
      <w:r>
        <w:t>Use copper pours and multilayer parallel routing where required. Specify busbars if PCB copper is insufficient.</w:t>
      </w:r>
    </w:p>
    <w:p/>
    <w:p>
      <w:r>
        <w:rPr>
          <w:b/>
        </w:rPr>
        <w:t>20. HIGH VOLTAGE SAFETY</w:t>
      </w:r>
    </w:p>
    <w:p/>
    <w:p>
      <w:r>
        <w:t>Clearly define:</w:t>
      </w:r>
    </w:p>
    <w:p>
      <w:pPr>
        <w:pStyle w:val="ListBullet"/>
      </w:pPr>
      <w:r>
        <w:t>High Voltage Area</w:t>
      </w:r>
    </w:p>
    <w:p>
      <w:pPr>
        <w:pStyle w:val="ListBullet"/>
      </w:pPr>
      <w:r>
        <w:t>Low Voltage Area</w:t>
      </w:r>
    </w:p>
    <w:p>
      <w:pPr>
        <w:pStyle w:val="ListBullet"/>
      </w:pPr>
      <w:r>
        <w:t>Isolation Barrier</w:t>
      </w:r>
    </w:p>
    <w:p>
      <w:pPr>
        <w:pStyle w:val="ListBullet"/>
      </w:pPr>
      <w:r>
        <w:t>Creepage</w:t>
      </w:r>
    </w:p>
    <w:p>
      <w:pPr>
        <w:pStyle w:val="ListBullet"/>
      </w:pPr>
      <w:r>
        <w:t>Clearance</w:t>
      </w:r>
    </w:p>
    <w:p>
      <w:pPr>
        <w:pStyle w:val="ListBullet"/>
      </w:pPr>
      <w:r>
        <w:t>Isolation Slots</w:t>
      </w:r>
    </w:p>
    <w:p>
      <w:pPr>
        <w:pStyle w:val="ListBullet"/>
      </w:pPr>
      <w:r>
        <w:t>Keep-out Zones</w:t>
      </w:r>
    </w:p>
    <w:p/>
    <w:p>
      <w:r>
        <w:t>Flag safety distances for final review according to applicable standards.</w:t>
      </w:r>
    </w:p>
    <w:p/>
    <w:p>
      <w:r>
        <w:rPr>
          <w:b/>
        </w:rPr>
        <w:t>21. COMPONENT SELECTION</w:t>
      </w:r>
    </w:p>
    <w:p/>
    <w:p>
      <w:r>
        <w:t>Use only real commercially available components. Preferred suppliers:</w:t>
      </w:r>
    </w:p>
    <w:p>
      <w:r>
        <w:rPr>
          <w:b/>
        </w:rPr>
        <w:t>- LCSC</w:t>
      </w:r>
    </w:p>
    <w:p>
      <w:pPr>
        <w:pStyle w:val="ListBullet"/>
      </w:pPr>
      <w:r>
        <w:t>DigiKey</w:t>
      </w:r>
    </w:p>
    <w:p>
      <w:pPr>
        <w:pStyle w:val="ListBullet"/>
      </w:pPr>
      <w:r>
        <w:t>Mouser</w:t>
      </w:r>
    </w:p>
    <w:p/>
    <w:p>
      <w:r>
        <w:t>For every critical component provide:</w:t>
      </w:r>
    </w:p>
    <w:p>
      <w:pPr>
        <w:pStyle w:val="ListBullet"/>
      </w:pPr>
      <w:r>
        <w:t>Manufacturer</w:t>
      </w:r>
    </w:p>
    <w:p>
      <w:r>
        <w:rPr>
          <w:b/>
        </w:rPr>
        <w:t>- MPN</w:t>
      </w:r>
    </w:p>
    <w:p>
      <w:pPr>
        <w:pStyle w:val="ListBullet"/>
      </w:pPr>
      <w:r>
        <w:t>Package</w:t>
      </w:r>
    </w:p>
    <w:p>
      <w:pPr>
        <w:pStyle w:val="ListBullet"/>
      </w:pPr>
      <w:r>
        <w:t>Footprint</w:t>
      </w:r>
    </w:p>
    <w:p>
      <w:pPr>
        <w:pStyle w:val="ListBullet"/>
      </w:pPr>
      <w:r>
        <w:t>Voltage Rating</w:t>
      </w:r>
    </w:p>
    <w:p>
      <w:pPr>
        <w:pStyle w:val="ListBullet"/>
      </w:pPr>
      <w:r>
        <w:t>Current Rating</w:t>
      </w:r>
    </w:p>
    <w:p>
      <w:pPr>
        <w:pStyle w:val="ListBullet"/>
      </w:pPr>
      <w:r>
        <w:t>Power Rating</w:t>
      </w:r>
    </w:p>
    <w:p>
      <w:pPr>
        <w:pStyle w:val="ListBullet"/>
      </w:pPr>
      <w:r>
        <w:t>Temperature Rating</w:t>
      </w:r>
    </w:p>
    <w:p>
      <w:pPr>
        <w:pStyle w:val="ListBullet"/>
      </w:pPr>
      <w:r>
        <w:t>Datasheet Reference</w:t>
      </w:r>
    </w:p>
    <w:p>
      <w:pPr>
        <w:pStyle w:val="ListBullet"/>
      </w:pPr>
      <w:r>
        <w:t>Supplier</w:t>
      </w:r>
    </w:p>
    <w:p/>
    <w:p>
      <w:r>
        <w:t>Critical parts include MOSFETs, gate drivers, MCU, relays, fuses, current sensors, TVS, capacitors, regulators, connectors and inductors.</w:t>
      </w:r>
    </w:p>
    <w:p/>
    <w:p>
      <w:r>
        <w:t>If exact part cannot be verified, mark:</w:t>
      </w:r>
    </w:p>
    <w:p>
      <w:r>
        <w:rPr>
          <w:b/>
        </w:rPr>
        <w:t>ENGINEERING PLACEHOLDER – REQUIRES DATASHEET VERIFICATION</w:t>
      </w:r>
    </w:p>
    <w:p/>
    <w:p>
      <w:r>
        <w:t>Never invent part numbers.</w:t>
      </w:r>
    </w:p>
    <w:p/>
    <w:p>
      <w:r>
        <w:rPr>
          <w:b/>
        </w:rPr>
        <w:t>22. CAPACITORS &amp; THERMAL</w:t>
      </w:r>
    </w:p>
    <w:p/>
    <w:p>
      <w:r>
        <w:t>Select capacitors according to voltage, ESR, ripple current, lifetime, temperature and switching frequency.</w:t>
      </w:r>
    </w:p>
    <w:p/>
    <w:p>
      <w:r>
        <w:t>Perform first-order thermal calculation for MOSFETs, transformer, inductors, charger, inverter, relays and current sensors.</w:t>
      </w:r>
    </w:p>
    <w:p/>
    <w:p>
      <w:r>
        <w:t>Specify heatsinks, thermal pads and fan cooling where required.</w:t>
      </w:r>
    </w:p>
    <w:p/>
    <w:p>
      <w:r>
        <w:rPr>
          <w:b/>
        </w:rPr>
        <w:t>23. TEST POINTS</w:t>
      </w:r>
    </w:p>
    <w:p/>
    <w:p>
      <w:r>
        <w:t>Include:</w:t>
      </w:r>
    </w:p>
    <w:p>
      <w:r>
        <w:rPr>
          <w:b/>
        </w:rPr>
        <w:t>TP1 BAT+</w:t>
      </w:r>
    </w:p>
    <w:p>
      <w:r>
        <w:rPr>
          <w:b/>
        </w:rPr>
        <w:t>TP2 BAT-</w:t>
      </w:r>
    </w:p>
    <w:p>
      <w:r>
        <w:rPr>
          <w:b/>
        </w:rPr>
        <w:t>TP3 DC_BUS+</w:t>
      </w:r>
    </w:p>
    <w:p>
      <w:r>
        <w:rPr>
          <w:b/>
        </w:rPr>
        <w:t>TP4 DC_BUS-</w:t>
      </w:r>
    </w:p>
    <w:p>
      <w:r>
        <w:rPr>
          <w:b/>
        </w:rPr>
        <w:t>TP5 12V</w:t>
      </w:r>
    </w:p>
    <w:p>
      <w:r>
        <w:rPr>
          <w:b/>
        </w:rPr>
        <w:t>TP6 5V</w:t>
      </w:r>
    </w:p>
    <w:p>
      <w:r>
        <w:rPr>
          <w:b/>
        </w:rPr>
        <w:t>TP7 3V3</w:t>
      </w:r>
    </w:p>
    <w:p>
      <w:r>
        <w:rPr>
          <w:b/>
        </w:rPr>
        <w:t>TP8 MCU_GND</w:t>
      </w:r>
    </w:p>
    <w:p>
      <w:r>
        <w:rPr>
          <w:b/>
        </w:rPr>
        <w:t>TP9 PWM</w:t>
      </w:r>
    </w:p>
    <w:p>
      <w:r>
        <w:t>TP10 Gate Supply</w:t>
      </w:r>
    </w:p>
    <w:p>
      <w:r>
        <w:t>TP11 Battery Current</w:t>
      </w:r>
    </w:p>
    <w:p>
      <w:r>
        <w:t>TP12 PV Voltage</w:t>
      </w:r>
    </w:p>
    <w:p>
      <w:r>
        <w:t>TP13 PV Current</w:t>
      </w:r>
    </w:p>
    <w:p>
      <w:r>
        <w:t>TP14 AC Voltage</w:t>
      </w:r>
    </w:p>
    <w:p>
      <w:r>
        <w:t>TP15 AC Current</w:t>
      </w:r>
    </w:p>
    <w:p>
      <w:r>
        <w:rPr>
          <w:b/>
        </w:rPr>
        <w:t>TP16 BMS UART</w:t>
      </w:r>
    </w:p>
    <w:p>
      <w:r>
        <w:rPr>
          <w:b/>
        </w:rPr>
        <w:t>TP17 CAN</w:t>
      </w:r>
    </w:p>
    <w:p>
      <w:r>
        <w:rPr>
          <w:b/>
        </w:rPr>
        <w:t>TP18 SPI</w:t>
      </w:r>
    </w:p>
    <w:p/>
    <w:p>
      <w:r>
        <w:t>Add additional debugging points where necessary.</w:t>
      </w:r>
    </w:p>
    <w:p/>
    <w:p>
      <w:r>
        <w:rPr>
          <w:b/>
        </w:rPr>
        <w:t>24. DESIGN RULES &amp; DOCUMENTATION</w:t>
      </w:r>
    </w:p>
    <w:p/>
    <w:p>
      <w:r>
        <w:t>Create KiCad design rules for:</w:t>
      </w:r>
    </w:p>
    <w:p>
      <w:pPr>
        <w:pStyle w:val="ListBullet"/>
      </w:pPr>
      <w:r>
        <w:t>Low Voltage</w:t>
      </w:r>
    </w:p>
    <w:p>
      <w:pPr>
        <w:pStyle w:val="ListBullet"/>
      </w:pPr>
      <w:r>
        <w:t>High Current</w:t>
      </w:r>
    </w:p>
    <w:p>
      <w:pPr>
        <w:pStyle w:val="ListBullet"/>
      </w:pPr>
      <w:r>
        <w:t>High Voltage</w:t>
      </w:r>
    </w:p>
    <w:p>
      <w:pPr>
        <w:pStyle w:val="ListBullet"/>
      </w:pPr>
      <w:r>
        <w:t>Isolation</w:t>
      </w:r>
    </w:p>
    <w:p>
      <w:pPr>
        <w:pStyle w:val="ListBullet"/>
      </w:pPr>
      <w:r>
        <w:t>Signal</w:t>
      </w:r>
    </w:p>
    <w:p>
      <w:pPr>
        <w:pStyle w:val="ListBullet"/>
      </w:pPr>
      <w:r>
        <w:t>Differential Pair</w:t>
      </w:r>
    </w:p>
    <w:p/>
    <w:p>
      <w:r>
        <w:t>Generate:</w:t>
      </w:r>
    </w:p>
    <w:p>
      <w:pPr>
        <w:pStyle w:val="ListBullet"/>
      </w:pPr>
      <w:r>
        <w:t>Complete BOM</w:t>
      </w:r>
    </w:p>
    <w:p>
      <w:pPr>
        <w:pStyle w:val="ListBullet"/>
      </w:pPr>
      <w:r>
        <w:t>Component Placement Documentation</w:t>
      </w:r>
    </w:p>
    <w:p>
      <w:pPr>
        <w:pStyle w:val="ListBullet"/>
      </w:pPr>
      <w:r>
        <w:t>PCB Stackup</w:t>
      </w:r>
    </w:p>
    <w:p>
      <w:pPr>
        <w:pStyle w:val="ListBullet"/>
      </w:pPr>
      <w:r>
        <w:t>Power Tree Diagram</w:t>
      </w:r>
    </w:p>
    <w:p>
      <w:pPr>
        <w:pStyle w:val="ListBullet"/>
      </w:pPr>
      <w:r>
        <w:t>Test Procedure</w:t>
      </w:r>
    </w:p>
    <w:p>
      <w:pPr>
        <w:pStyle w:val="ListBullet"/>
      </w:pPr>
      <w:r>
        <w:t>Bring-up Procedure</w:t>
      </w:r>
    </w:p>
    <w:p>
      <w:pPr>
        <w:pStyle w:val="ListBullet"/>
      </w:pPr>
      <w:r>
        <w:t>Manufacturing Notes</w:t>
      </w:r>
    </w:p>
    <w:p>
      <w:pPr>
        <w:pStyle w:val="ListBullet"/>
      </w:pPr>
      <w:r>
        <w:t>Assembly Notes</w:t>
      </w:r>
    </w:p>
    <w:p>
      <w:pPr>
        <w:pStyle w:val="ListBullet"/>
      </w:pPr>
      <w:r>
        <w:t>ERC Report</w:t>
      </w:r>
    </w:p>
    <w:p>
      <w:pPr>
        <w:pStyle w:val="ListBullet"/>
      </w:pPr>
      <w:r>
        <w:t>DRC Report</w:t>
      </w:r>
    </w:p>
    <w:p>
      <w:pPr>
        <w:pStyle w:val="ListBullet"/>
      </w:pPr>
      <w:r>
        <w:t>Engineering Review Report</w:t>
      </w:r>
    </w:p>
    <w:p/>
    <w:p>
      <w:r>
        <w:t>README must explain architecture and unresolved parameters.</w:t>
      </w:r>
    </w:p>
    <w:p/>
    <w:p>
      <w:r>
        <w:rPr>
          <w:b/>
        </w:rPr>
        <w:t>25. FINAL DELIVERABLES</w:t>
      </w:r>
    </w:p>
    <w:p/>
    <w:p>
      <w:r>
        <w:t>Export complete editable KiCad project containing:</w:t>
      </w:r>
    </w:p>
    <w:p>
      <w:pPr>
        <w:pStyle w:val="ListBullet"/>
      </w:pPr>
      <w:r>
        <w:t>.kicad_pro</w:t>
      </w:r>
    </w:p>
    <w:p>
      <w:pPr>
        <w:pStyle w:val="ListBullet"/>
      </w:pPr>
      <w:r>
        <w:t>.kicad_sch</w:t>
      </w:r>
    </w:p>
    <w:p>
      <w:pPr>
        <w:pStyle w:val="ListBullet"/>
      </w:pPr>
      <w:r>
        <w:t>.kicad_pcb</w:t>
      </w:r>
    </w:p>
    <w:p>
      <w:pPr>
        <w:pStyle w:val="ListBullet"/>
      </w:pPr>
      <w:r>
        <w:t>Custom Symbols</w:t>
      </w:r>
    </w:p>
    <w:p>
      <w:pPr>
        <w:pStyle w:val="ListBullet"/>
      </w:pPr>
      <w:r>
        <w:t>Custom Footprints</w:t>
      </w:r>
    </w:p>
    <w:p>
      <w:r>
        <w:rPr>
          <w:b/>
        </w:rPr>
        <w:t>- BOM</w:t>
      </w:r>
    </w:p>
    <w:p>
      <w:pPr>
        <w:pStyle w:val="ListBullet"/>
      </w:pPr>
      <w:r>
        <w:t>Netlist</w:t>
      </w:r>
    </w:p>
    <w:p>
      <w:pPr>
        <w:pStyle w:val="ListBullet"/>
      </w:pPr>
      <w:r>
        <w:t>Manufacturing Files</w:t>
      </w:r>
    </w:p>
    <w:p>
      <w:pPr>
        <w:pStyle w:val="ListBullet"/>
      </w:pPr>
      <w:r>
        <w:t>Design Documentation</w:t>
      </w:r>
    </w:p>
    <w:p>
      <w:pPr>
        <w:pStyle w:val="ListBullet"/>
      </w:pPr>
      <w:r>
        <w:t>ERC Report</w:t>
      </w:r>
    </w:p>
    <w:p>
      <w:pPr>
        <w:pStyle w:val="ListBullet"/>
      </w:pPr>
      <w:r>
        <w:t>DRC Report</w:t>
      </w:r>
    </w:p>
    <w:p>
      <w:pPr>
        <w:pStyle w:val="ListBullet"/>
      </w:pPr>
      <w:r>
        <w:t>Test Point Documentation</w:t>
      </w:r>
    </w:p>
    <w:p>
      <w:pPr>
        <w:pStyle w:val="ListBullet"/>
      </w:pPr>
      <w:r>
        <w:t>Power Tree</w:t>
      </w:r>
    </w:p>
    <w:p>
      <w:pPr>
        <w:pStyle w:val="ListBullet"/>
      </w:pPr>
      <w:r>
        <w:t>Engineering Calculations</w:t>
      </w:r>
    </w:p>
    <w:p/>
    <w:p>
      <w:r>
        <w:t>Final report must include:</w:t>
      </w:r>
    </w:p>
    <w:p>
      <w:r>
        <w:t>Completed Blocks</w:t>
      </w:r>
    </w:p>
    <w:p>
      <w:r>
        <w:t>Unverified Components</w:t>
      </w:r>
    </w:p>
    <w:p>
      <w:r>
        <w:t>Unverified Calculations</w:t>
      </w:r>
    </w:p>
    <w:p>
      <w:r>
        <w:t>Safety Critical Items</w:t>
      </w:r>
    </w:p>
    <w:p>
      <w:r>
        <w:t>Thermal Concerns</w:t>
      </w:r>
    </w:p>
    <w:p>
      <w:r>
        <w:t>EMI Concerns</w:t>
      </w:r>
    </w:p>
    <w:p>
      <w:r>
        <w:t>PCB Concerns</w:t>
      </w:r>
    </w:p>
    <w:p>
      <w:r>
        <w:t>Prototype Testing Checklist</w:t>
      </w:r>
    </w:p>
    <w:p>
      <w:r>
        <w:t>Human Engineering Review Required</w:t>
      </w:r>
    </w:p>
    <w:p/>
    <w:p>
      <w:r>
        <w:rPr>
          <w:b/>
        </w:rPr>
        <w:t>IMPORTANT ENGINEERING RULE</w:t>
      </w:r>
    </w:p>
    <w:p/>
    <w:p>
      <w:r>
        <w:t>Do not claim the project is production-ready only because ERC/DRC passes. Every high-power, magnetic, thermal, isolation and safety-critical section must be documented and flagged for qualified power-electronics engineering review before fabrication.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